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0E51B4" w:rsidRPr="00C26B5C" w14:paraId="52E59A48" w14:textId="77777777" w:rsidTr="051C565C">
        <w:tc>
          <w:tcPr>
            <w:tcW w:w="2880" w:type="dxa"/>
          </w:tcPr>
          <w:p w14:paraId="296AD685" w14:textId="6345DCFE" w:rsidR="000E51B4" w:rsidRPr="00C26B5C" w:rsidRDefault="000E51B4"/>
        </w:tc>
        <w:tc>
          <w:tcPr>
            <w:tcW w:w="2880" w:type="dxa"/>
          </w:tcPr>
          <w:p w14:paraId="788B8E13" w14:textId="14CA4DB3" w:rsidR="000E51B4" w:rsidRPr="00C26B5C" w:rsidRDefault="000E51B4"/>
        </w:tc>
        <w:tc>
          <w:tcPr>
            <w:tcW w:w="2880" w:type="dxa"/>
          </w:tcPr>
          <w:p w14:paraId="0C50678E" w14:textId="668EB2C6" w:rsidR="000E51B4" w:rsidRPr="00C26B5C" w:rsidRDefault="000E51B4"/>
        </w:tc>
      </w:tr>
    </w:tbl>
    <w:p w14:paraId="672A6659" w14:textId="77777777" w:rsidR="000E51B4" w:rsidRPr="00C26B5C" w:rsidRDefault="000E51B4"/>
    <w:p w14:paraId="0612DEF7" w14:textId="77777777" w:rsidR="000E51B4" w:rsidRPr="00C26B5C" w:rsidRDefault="00C26B5C">
      <w:pPr>
        <w:jc w:val="center"/>
        <w:rPr>
          <w:lang w:eastAsia="ja-JP"/>
        </w:rPr>
      </w:pPr>
      <w:r w:rsidRPr="00C26B5C">
        <w:rPr>
          <w:sz w:val="32"/>
          <w:lang w:eastAsia="ja-JP"/>
        </w:rPr>
        <w:t>データ消去等報告書</w:t>
      </w:r>
    </w:p>
    <w:p w14:paraId="57EA2929" w14:textId="2DB02E1B" w:rsidR="000E51B4" w:rsidRPr="00C26B5C" w:rsidRDefault="75E38E57">
      <w:pPr>
        <w:jc w:val="right"/>
        <w:rPr>
          <w:lang w:eastAsia="ja-JP"/>
        </w:rPr>
      </w:pPr>
      <w:r w:rsidRPr="00C26B5C">
        <w:rPr>
          <w:lang w:eastAsia="ja-JP"/>
        </w:rPr>
        <w:t xml:space="preserve">　　　　年　　　月　　　日</w:t>
      </w:r>
    </w:p>
    <w:p w14:paraId="5AABE191" w14:textId="0963F49E" w:rsidR="000E51B4" w:rsidRPr="00C26B5C" w:rsidRDefault="7FC0C36C" w:rsidP="0016560F">
      <w:pPr>
        <w:ind w:firstLineChars="550" w:firstLine="1210"/>
        <w:rPr>
          <w:lang w:eastAsia="ja-JP"/>
        </w:rPr>
      </w:pPr>
      <w:r w:rsidRPr="00C26B5C">
        <w:rPr>
          <w:lang w:eastAsia="ja-JP"/>
        </w:rPr>
        <w:t xml:space="preserve">　殿</w:t>
      </w:r>
    </w:p>
    <w:p w14:paraId="0A37501D" w14:textId="77777777" w:rsidR="000E51B4" w:rsidRPr="00C26B5C" w:rsidRDefault="000E51B4">
      <w:pPr>
        <w:rPr>
          <w:lang w:eastAsia="ja-JP"/>
        </w:rPr>
      </w:pPr>
    </w:p>
    <w:p w14:paraId="6656056B" w14:textId="77777777" w:rsidR="000E51B4" w:rsidRPr="00C26B5C" w:rsidRDefault="00C26B5C" w:rsidP="00B873E6">
      <w:pPr>
        <w:jc w:val="right"/>
        <w:rPr>
          <w:lang w:eastAsia="ja-JP"/>
        </w:rPr>
      </w:pPr>
      <w:r w:rsidRPr="00C26B5C">
        <w:rPr>
          <w:lang w:eastAsia="ja-JP"/>
        </w:rPr>
        <w:t>【　提供依頼申出者　】</w:t>
      </w:r>
    </w:p>
    <w:tbl>
      <w:tblPr>
        <w:tblStyle w:val="afe"/>
        <w:tblW w:w="0" w:type="auto"/>
        <w:jc w:val="right"/>
        <w:tblBorders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2665"/>
      </w:tblGrid>
      <w:tr w:rsidR="00B873E6" w:rsidRPr="00C26B5C" w14:paraId="72A28D40" w14:textId="77777777" w:rsidTr="00A30BC2">
        <w:trPr>
          <w:jc w:val="right"/>
        </w:trPr>
        <w:tc>
          <w:tcPr>
            <w:tcW w:w="2041" w:type="dxa"/>
          </w:tcPr>
          <w:p w14:paraId="63B1C5D0" w14:textId="77777777" w:rsidR="000E51B4" w:rsidRPr="00C26B5C" w:rsidRDefault="00C26B5C">
            <w:proofErr w:type="spellStart"/>
            <w:r w:rsidRPr="00C26B5C">
              <w:t>所属・職名</w:t>
            </w:r>
            <w:proofErr w:type="spellEnd"/>
          </w:p>
        </w:tc>
        <w:tc>
          <w:tcPr>
            <w:tcW w:w="2665" w:type="dxa"/>
          </w:tcPr>
          <w:p w14:paraId="7A6728B6" w14:textId="77777777" w:rsidR="000E51B4" w:rsidRPr="00C26B5C" w:rsidRDefault="00C26B5C">
            <w:r w:rsidRPr="00C26B5C">
              <w:t xml:space="preserve">　　　　　　　　　　　　　　　　　　　　　　　　　　　　　　　　　　　　　</w:t>
            </w:r>
          </w:p>
        </w:tc>
      </w:tr>
      <w:tr w:rsidR="00A30BC2" w:rsidRPr="00C26B5C" w14:paraId="72737A46" w14:textId="77777777" w:rsidTr="00B248F7">
        <w:trPr>
          <w:trHeight w:val="510"/>
          <w:jc w:val="right"/>
        </w:trPr>
        <w:tc>
          <w:tcPr>
            <w:tcW w:w="2041" w:type="dxa"/>
            <w:vAlign w:val="center"/>
          </w:tcPr>
          <w:p w14:paraId="475B09E9" w14:textId="069D2DDC" w:rsidR="00851474" w:rsidRPr="00C26B5C" w:rsidRDefault="00851474" w:rsidP="00851474">
            <w:pPr>
              <w:jc w:val="both"/>
              <w:rPr>
                <w:sz w:val="12"/>
                <w:szCs w:val="12"/>
                <w:lang w:eastAsia="ja-JP"/>
              </w:rPr>
            </w:pPr>
            <w:r w:rsidRPr="00C26B5C">
              <w:rPr>
                <w:rFonts w:hint="eastAsia"/>
                <w:sz w:val="12"/>
                <w:szCs w:val="12"/>
                <w:lang w:eastAsia="ja-JP"/>
              </w:rPr>
              <w:t>ふりがな</w:t>
            </w:r>
          </w:p>
          <w:p w14:paraId="310BB798" w14:textId="73BD7C6B" w:rsidR="00A30BC2" w:rsidRPr="00C26B5C" w:rsidRDefault="00A30BC2" w:rsidP="00851474">
            <w:pPr>
              <w:jc w:val="both"/>
            </w:pPr>
            <w:r w:rsidRPr="00C26B5C">
              <w:rPr>
                <w:rFonts w:hint="eastAsia"/>
                <w:lang w:eastAsia="ja-JP"/>
              </w:rPr>
              <w:t>氏名</w:t>
            </w:r>
          </w:p>
        </w:tc>
        <w:tc>
          <w:tcPr>
            <w:tcW w:w="2665" w:type="dxa"/>
            <w:vAlign w:val="center"/>
          </w:tcPr>
          <w:p w14:paraId="298F1DB5" w14:textId="56EF9337" w:rsidR="00A30BC2" w:rsidRPr="00C26B5C" w:rsidRDefault="00A30BC2" w:rsidP="00851474">
            <w:pPr>
              <w:jc w:val="right"/>
            </w:pPr>
            <w:r w:rsidRPr="00C26B5C">
              <w:rPr>
                <w:rFonts w:hint="eastAsia"/>
                <w:lang w:eastAsia="ja-JP"/>
              </w:rPr>
              <w:t>印</w:t>
            </w:r>
          </w:p>
        </w:tc>
      </w:tr>
      <w:tr w:rsidR="00A30BC2" w:rsidRPr="00C26B5C" w14:paraId="04C6C1A0" w14:textId="77777777" w:rsidTr="00A30BC2">
        <w:trPr>
          <w:trHeight w:val="233"/>
          <w:jc w:val="right"/>
        </w:trPr>
        <w:tc>
          <w:tcPr>
            <w:tcW w:w="2041" w:type="dxa"/>
          </w:tcPr>
          <w:p w14:paraId="3D3694FA" w14:textId="2DFEF9DF" w:rsidR="00A30BC2" w:rsidRPr="00C26B5C" w:rsidRDefault="00A30BC2">
            <w:proofErr w:type="spellStart"/>
            <w:r w:rsidRPr="00C26B5C">
              <w:t>生年月日</w:t>
            </w:r>
            <w:proofErr w:type="spellEnd"/>
          </w:p>
        </w:tc>
        <w:tc>
          <w:tcPr>
            <w:tcW w:w="2665" w:type="dxa"/>
          </w:tcPr>
          <w:p w14:paraId="746B1FC9" w14:textId="7A45FB6F" w:rsidR="00A30BC2" w:rsidRPr="00C26B5C" w:rsidRDefault="00A30BC2" w:rsidP="00A30BC2">
            <w:pPr>
              <w:ind w:right="880"/>
            </w:pPr>
            <w:r w:rsidRPr="00C26B5C">
              <w:t xml:space="preserve">　　　　　　　　　　　　　　　　　　　　　　　　　　　　　　　　　　　　　</w:t>
            </w:r>
          </w:p>
        </w:tc>
      </w:tr>
      <w:tr w:rsidR="00A30BC2" w:rsidRPr="00C26B5C" w14:paraId="0FA6363A" w14:textId="77777777" w:rsidTr="00B248F7">
        <w:trPr>
          <w:trHeight w:val="510"/>
          <w:jc w:val="right"/>
        </w:trPr>
        <w:tc>
          <w:tcPr>
            <w:tcW w:w="2041" w:type="dxa"/>
          </w:tcPr>
          <w:p w14:paraId="22FD8D50" w14:textId="1B6B83D0" w:rsidR="00A30BC2" w:rsidRPr="00C26B5C" w:rsidRDefault="00A30BC2">
            <w:proofErr w:type="spellStart"/>
            <w:r w:rsidRPr="00C26B5C">
              <w:t>連絡先</w:t>
            </w:r>
            <w:proofErr w:type="spellEnd"/>
            <w:r w:rsidR="00851474" w:rsidRPr="00C26B5C">
              <w:rPr>
                <w:lang w:eastAsia="ja-JP"/>
              </w:rPr>
              <w:br/>
            </w:r>
            <w:r w:rsidRPr="00C26B5C">
              <w:t>（</w:t>
            </w:r>
            <w:proofErr w:type="spellStart"/>
            <w:r w:rsidRPr="00C26B5C">
              <w:t>所在地</w:t>
            </w:r>
            <w:proofErr w:type="spellEnd"/>
            <w:r w:rsidRPr="00C26B5C">
              <w:t>）</w:t>
            </w:r>
          </w:p>
        </w:tc>
        <w:tc>
          <w:tcPr>
            <w:tcW w:w="2665" w:type="dxa"/>
          </w:tcPr>
          <w:p w14:paraId="3C32B682" w14:textId="4055B7E7" w:rsidR="00A30BC2" w:rsidRPr="00C26B5C" w:rsidRDefault="00851474">
            <w:r w:rsidRPr="00C26B5C">
              <w:rPr>
                <w:rFonts w:hint="eastAsia"/>
                <w:lang w:eastAsia="ja-JP"/>
              </w:rPr>
              <w:t>〒</w:t>
            </w:r>
            <w:r w:rsidR="00A30BC2" w:rsidRPr="00C26B5C">
              <w:t xml:space="preserve">　　　　　　　　　　　　　　　　　　　　　　　　　　　　　　　　　　</w:t>
            </w:r>
          </w:p>
        </w:tc>
      </w:tr>
      <w:tr w:rsidR="00A30BC2" w:rsidRPr="00C26B5C" w14:paraId="104F6F74" w14:textId="77777777" w:rsidTr="00A30BC2">
        <w:trPr>
          <w:jc w:val="right"/>
        </w:trPr>
        <w:tc>
          <w:tcPr>
            <w:tcW w:w="2041" w:type="dxa"/>
          </w:tcPr>
          <w:p w14:paraId="29BC096B" w14:textId="27868D5A" w:rsidR="00A30BC2" w:rsidRPr="00C26B5C" w:rsidRDefault="00A30BC2">
            <w:r w:rsidRPr="00C26B5C">
              <w:t>（</w:t>
            </w:r>
            <w:proofErr w:type="spellStart"/>
            <w:r w:rsidRPr="00C26B5C">
              <w:t>電話</w:t>
            </w:r>
            <w:proofErr w:type="spellEnd"/>
            <w:r w:rsidRPr="00C26B5C">
              <w:t>）</w:t>
            </w:r>
          </w:p>
        </w:tc>
        <w:tc>
          <w:tcPr>
            <w:tcW w:w="2665" w:type="dxa"/>
          </w:tcPr>
          <w:p w14:paraId="5ED07D0D" w14:textId="68F02918" w:rsidR="00A30BC2" w:rsidRPr="00C26B5C" w:rsidRDefault="00A30BC2">
            <w:r w:rsidRPr="00C26B5C">
              <w:t xml:space="preserve">　　　　　　　　　　　　　　　　　　　　　　　　　　　　　　　　　　　　　</w:t>
            </w:r>
          </w:p>
        </w:tc>
      </w:tr>
      <w:tr w:rsidR="00A30BC2" w:rsidRPr="00C26B5C" w14:paraId="2FF5A6A4" w14:textId="77777777" w:rsidTr="00A30BC2">
        <w:trPr>
          <w:jc w:val="right"/>
        </w:trPr>
        <w:tc>
          <w:tcPr>
            <w:tcW w:w="2041" w:type="dxa"/>
          </w:tcPr>
          <w:p w14:paraId="53B5627E" w14:textId="2CFF020D" w:rsidR="00A30BC2" w:rsidRPr="00C26B5C" w:rsidRDefault="00A30BC2">
            <w:r w:rsidRPr="00C26B5C">
              <w:t>（e-mail）</w:t>
            </w:r>
          </w:p>
        </w:tc>
        <w:tc>
          <w:tcPr>
            <w:tcW w:w="2665" w:type="dxa"/>
          </w:tcPr>
          <w:p w14:paraId="4E139271" w14:textId="36102FEB" w:rsidR="00A30BC2" w:rsidRPr="00C26B5C" w:rsidRDefault="00A30BC2">
            <w:r w:rsidRPr="00C26B5C">
              <w:t xml:space="preserve">　　　　　　　　　　　　　　　　　　　　　　　　　　　　　　　　　　　　　</w:t>
            </w:r>
          </w:p>
        </w:tc>
      </w:tr>
    </w:tbl>
    <w:p w14:paraId="5DAB6C7B" w14:textId="77777777" w:rsidR="000E51B4" w:rsidRPr="00C26B5C" w:rsidRDefault="000E51B4">
      <w:pPr>
        <w:rPr>
          <w:lang w:eastAsia="ja-JP"/>
        </w:rPr>
      </w:pPr>
    </w:p>
    <w:p w14:paraId="68713CFF" w14:textId="77777777" w:rsidR="00300625" w:rsidRPr="00C26B5C" w:rsidRDefault="00300625">
      <w:pPr>
        <w:rPr>
          <w:lang w:eastAsia="ja-JP"/>
        </w:rPr>
      </w:pPr>
    </w:p>
    <w:p w14:paraId="74A987A7" w14:textId="77777777" w:rsidR="00300625" w:rsidRPr="00C26B5C" w:rsidRDefault="00300625">
      <w:pPr>
        <w:rPr>
          <w:lang w:eastAsia="ja-JP"/>
        </w:rPr>
      </w:pPr>
    </w:p>
    <w:p w14:paraId="64CCEEC0" w14:textId="1FBC78A8" w:rsidR="000E51B4" w:rsidRPr="002520C3" w:rsidRDefault="39A1D13E" w:rsidP="002520C3">
      <w:pPr>
        <w:ind w:firstLineChars="100" w:firstLine="220"/>
        <w:rPr>
          <w:lang w:eastAsia="ja-JP"/>
        </w:rPr>
      </w:pPr>
      <w:r w:rsidRPr="00C26B5C">
        <w:rPr>
          <w:lang w:eastAsia="ja-JP"/>
        </w:rPr>
        <w:t>地域公共交通計画策定</w:t>
      </w:r>
      <w:r w:rsidR="75E38E57" w:rsidRPr="00C26B5C">
        <w:rPr>
          <w:lang w:eastAsia="ja-JP"/>
        </w:rPr>
        <w:t xml:space="preserve">のため、　</w:t>
      </w:r>
      <w:r w:rsidR="0016560F" w:rsidRPr="00C26B5C">
        <w:rPr>
          <w:rFonts w:hint="eastAsia"/>
          <w:lang w:eastAsia="ja-JP"/>
        </w:rPr>
        <w:t xml:space="preserve">  </w:t>
      </w:r>
      <w:r w:rsidR="75E38E57" w:rsidRPr="00C26B5C">
        <w:rPr>
          <w:lang w:eastAsia="ja-JP"/>
        </w:rPr>
        <w:t xml:space="preserve">　　</w:t>
      </w:r>
      <w:r w:rsidR="0016560F" w:rsidRPr="00C26B5C">
        <w:rPr>
          <w:rFonts w:hint="eastAsia"/>
          <w:lang w:eastAsia="ja-JP"/>
        </w:rPr>
        <w:t xml:space="preserve">  </w:t>
      </w:r>
      <w:r w:rsidR="75E38E57" w:rsidRPr="00C26B5C">
        <w:rPr>
          <w:lang w:eastAsia="ja-JP"/>
        </w:rPr>
        <w:t>年　　　月　　　日付提供依頼書により提供を受けたデータの利用が終了</w:t>
      </w:r>
      <w:r w:rsidR="00B873E6" w:rsidRPr="00C26B5C">
        <w:rPr>
          <w:rFonts w:hint="eastAsia"/>
          <w:lang w:eastAsia="ja-JP"/>
        </w:rPr>
        <w:t>いたしました</w:t>
      </w:r>
      <w:r w:rsidR="75E38E57" w:rsidRPr="00C26B5C">
        <w:rPr>
          <w:lang w:eastAsia="ja-JP"/>
        </w:rPr>
        <w:t>。</w:t>
      </w:r>
      <w:r w:rsidR="00EC5BFD" w:rsidRPr="00C26B5C">
        <w:rPr>
          <w:rFonts w:hint="eastAsia"/>
          <w:lang w:eastAsia="ja-JP"/>
        </w:rPr>
        <w:t>提供いただいたデータについて、</w:t>
      </w:r>
      <w:r w:rsidRPr="00C26B5C">
        <w:rPr>
          <w:lang w:eastAsia="ja-JP"/>
        </w:rPr>
        <w:t>ハードディスク、メモリ等の記録媒体、媒介体等に複製した匿名データ</w:t>
      </w:r>
      <w:r w:rsidR="00A30BC2" w:rsidRPr="00C26B5C">
        <w:rPr>
          <w:rFonts w:hint="eastAsia"/>
          <w:lang w:eastAsia="ja-JP"/>
        </w:rPr>
        <w:t>および</w:t>
      </w:r>
      <w:r w:rsidRPr="00C26B5C">
        <w:rPr>
          <w:lang w:eastAsia="ja-JP"/>
        </w:rPr>
        <w:t>中間生成物を</w:t>
      </w:r>
      <w:r w:rsidR="00A30BC2" w:rsidRPr="00C26B5C">
        <w:rPr>
          <w:rFonts w:hint="eastAsia"/>
          <w:lang w:eastAsia="ja-JP"/>
        </w:rPr>
        <w:t>すべて消去したことを報告いたします</w:t>
      </w:r>
    </w:p>
    <w:sectPr w:rsidR="000E51B4" w:rsidRPr="002520C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77306" w14:textId="77777777" w:rsidR="00500BB0" w:rsidRDefault="00500BB0" w:rsidP="002C4CFF">
      <w:pPr>
        <w:spacing w:after="0" w:line="240" w:lineRule="auto"/>
      </w:pPr>
      <w:r>
        <w:separator/>
      </w:r>
    </w:p>
  </w:endnote>
  <w:endnote w:type="continuationSeparator" w:id="0">
    <w:p w14:paraId="657C9C7C" w14:textId="77777777" w:rsidR="00500BB0" w:rsidRDefault="00500BB0" w:rsidP="002C4C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E669" w14:textId="77777777" w:rsidR="00500BB0" w:rsidRDefault="00500BB0" w:rsidP="002C4CFF">
      <w:pPr>
        <w:spacing w:after="0" w:line="240" w:lineRule="auto"/>
      </w:pPr>
      <w:r>
        <w:separator/>
      </w:r>
    </w:p>
  </w:footnote>
  <w:footnote w:type="continuationSeparator" w:id="0">
    <w:p w14:paraId="5DC55BA0" w14:textId="77777777" w:rsidR="00500BB0" w:rsidRDefault="00500BB0" w:rsidP="002C4C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26190551">
    <w:abstractNumId w:val="8"/>
  </w:num>
  <w:num w:numId="2" w16cid:durableId="489294640">
    <w:abstractNumId w:val="6"/>
  </w:num>
  <w:num w:numId="3" w16cid:durableId="323047218">
    <w:abstractNumId w:val="5"/>
  </w:num>
  <w:num w:numId="4" w16cid:durableId="1673529037">
    <w:abstractNumId w:val="4"/>
  </w:num>
  <w:num w:numId="5" w16cid:durableId="1705714049">
    <w:abstractNumId w:val="7"/>
  </w:num>
  <w:num w:numId="6" w16cid:durableId="1727102340">
    <w:abstractNumId w:val="3"/>
  </w:num>
  <w:num w:numId="7" w16cid:durableId="1579096213">
    <w:abstractNumId w:val="2"/>
  </w:num>
  <w:num w:numId="8" w16cid:durableId="974867450">
    <w:abstractNumId w:val="1"/>
  </w:num>
  <w:num w:numId="9" w16cid:durableId="662779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22D0"/>
    <w:rsid w:val="000E51B4"/>
    <w:rsid w:val="0015024A"/>
    <w:rsid w:val="0015074B"/>
    <w:rsid w:val="0016560F"/>
    <w:rsid w:val="002520C3"/>
    <w:rsid w:val="00271A1B"/>
    <w:rsid w:val="00284C63"/>
    <w:rsid w:val="0029639D"/>
    <w:rsid w:val="002C4CFF"/>
    <w:rsid w:val="00300625"/>
    <w:rsid w:val="00306E7D"/>
    <w:rsid w:val="00326F90"/>
    <w:rsid w:val="0037707D"/>
    <w:rsid w:val="0038079B"/>
    <w:rsid w:val="00471CA4"/>
    <w:rsid w:val="00500BB0"/>
    <w:rsid w:val="00533DE3"/>
    <w:rsid w:val="00851474"/>
    <w:rsid w:val="00901B8A"/>
    <w:rsid w:val="009F3F1A"/>
    <w:rsid w:val="00A30BC2"/>
    <w:rsid w:val="00AA1D8D"/>
    <w:rsid w:val="00B248F7"/>
    <w:rsid w:val="00B47730"/>
    <w:rsid w:val="00B873E6"/>
    <w:rsid w:val="00BC046B"/>
    <w:rsid w:val="00C06DCA"/>
    <w:rsid w:val="00C26B5C"/>
    <w:rsid w:val="00CB0664"/>
    <w:rsid w:val="00CF2E65"/>
    <w:rsid w:val="00E25DE5"/>
    <w:rsid w:val="00EC5BFD"/>
    <w:rsid w:val="00F44779"/>
    <w:rsid w:val="00FB6572"/>
    <w:rsid w:val="00FC693F"/>
    <w:rsid w:val="051C565C"/>
    <w:rsid w:val="06603AB0"/>
    <w:rsid w:val="0DEE7176"/>
    <w:rsid w:val="2AE8FF71"/>
    <w:rsid w:val="39A1D13E"/>
    <w:rsid w:val="5D1EBE9E"/>
    <w:rsid w:val="75E38E57"/>
    <w:rsid w:val="7F33CDD2"/>
    <w:rsid w:val="7FC0C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062061"/>
  <w14:defaultImageDpi w14:val="300"/>
  <w15:docId w15:val="{0BCBDD75-5DD4-4F40-8671-92536E67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eastAsia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96a868-7127-405e-9e92-a32837cab98d">
      <Terms xmlns="http://schemas.microsoft.com/office/infopath/2007/PartnerControls"/>
    </lcf76f155ced4ddcb4097134ff3c332f>
    <TaxCatchAll xmlns="32f61a2f-400f-4e9e-94b6-317688899f2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16" ma:contentTypeDescription="新しいドキュメントを作成します。" ma:contentTypeScope="" ma:versionID="93f9f0a1840d0cbb4f0b2c2eedd8abc9">
  <xsd:schema xmlns:xsd="http://www.w3.org/2001/XMLSchema" xmlns:xs="http://www.w3.org/2001/XMLSchema" xmlns:p="http://schemas.microsoft.com/office/2006/metadata/properties" xmlns:ns2="8796a868-7127-405e-9e92-a32837cab98d" xmlns:ns3="32f61a2f-400f-4e9e-94b6-317688899f21" targetNamespace="http://schemas.microsoft.com/office/2006/metadata/properties" ma:root="true" ma:fieldsID="f1514e7d8844b7af4454b14b6678d2e0" ns2:_="" ns3:_="">
    <xsd:import namespace="8796a868-7127-405e-9e92-a32837cab98d"/>
    <xsd:import namespace="32f61a2f-400f-4e9e-94b6-317688899f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32dd98ac-7f38-441c-8624-e0daaf53f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f61a2f-400f-4e9e-94b6-317688899f2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2552a0e-6428-4380-80fc-c6793b9d132f}" ma:internalName="TaxCatchAll" ma:showField="CatchAllData" ma:web="32f61a2f-400f-4e9e-94b6-317688899f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6E1B6-2967-41BB-963F-53B3A275E7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1B917C-8EC8-4E4F-99FB-822D24A09B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A9F489-7492-4E9E-A33B-56C2E068982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211</Characters>
  <DocSecurity>0</DocSecurity>
  <Lines>10</Lines>
  <Paragraphs>10</Paragraphs>
  <ScaleCrop>false</ScaleCrop>
  <LinksUpToDate>false</LinksUpToDate>
  <CharactersWithSpaces>412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  <property fmtid="{D5CDD505-2E9C-101B-9397-08002B2CF9AE}" pid="3" name="MediaServiceImageTags">
    <vt:lpwstr/>
  </property>
  <property fmtid="{D5CDD505-2E9C-101B-9397-08002B2CF9AE}" pid="4" name="docLang">
    <vt:lpwstr>ja</vt:lpwstr>
  </property>
</Properties>
</file>