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</w:p>
    <w:p>
      <w:pPr/>
      <w:r>
        <w:rPr>
          <w:rFonts w:ascii="Meiryo UI" w:hAnsi="Meiryo UI" w:eastAsia="Meiryo UI"/>
          <w:sz w:val="21"/>
        </w:rPr>
        <w:t>私の名前はサナギタケ。私の正体が分かりますか？昆虫？キノコかも？分からなくても仕方ありません。知っている人はほとんどいませんから。ではお教えしましょう。・・・私は森のキノコです。私たち菌類は自分で栄養を作り出すことができないので、別のところから吸収する必要があります。どこからだか分かりますか？下の扉を開けて、見てみましょう！</w:t>
      </w:r>
    </w:p>
    <w:p>
      <w:pPr/>
    </w:p>
    <w:p>
      <w:pPr/>
      <w:r>
        <w:rPr>
          <w:rFonts w:ascii="Meiryo UI" w:hAnsi="Meiryo UI" w:eastAsia="Meiryo UI"/>
          <w:sz w:val="21"/>
        </w:rPr>
        <w:t>周りを見渡してください。植物に擬態した昆虫が見つかるはずです。手がかりがなければ、擬態には簡単に騙されてしまうものです。今度は自然の中でチャレンジしてみましょう！</w:t>
      </w:r>
    </w:p>
    <w:p>
      <w:pPr/>
    </w:p>
    <w:p>
      <w:pPr/>
      <w:r>
        <w:rPr>
          <w:rFonts w:ascii="Meiryo UI" w:hAnsi="Meiryo UI" w:eastAsia="Meiryo UI"/>
          <w:sz w:val="21"/>
        </w:rPr>
        <w:t>1.セミを狩るキイロスズメバチ</w:t>
      </w:r>
    </w:p>
    <w:p>
      <w:pPr/>
    </w:p>
    <w:p>
      <w:pPr/>
      <w:r>
        <w:rPr>
          <w:rFonts w:ascii="Meiryo UI" w:hAnsi="Meiryo UI" w:eastAsia="Meiryo UI"/>
          <w:sz w:val="21"/>
        </w:rPr>
        <w:t>コエゾゼミの鳴き声がたった今止まりました。気付きましたでしょうか？鳴いている最中にキイロスズメバチに捕まったのです。セミはキイロスズメバチの大好物です。さぞ美味しいのでしょう！ご馳走にありつけたスズメバチはセミを噛みつぶし、その身を近くの巣まで持ち帰ります。</w:t>
      </w:r>
    </w:p>
    <w:p>
      <w:pPr/>
    </w:p>
    <w:p>
      <w:pPr/>
      <w:r>
        <w:rPr>
          <w:rFonts w:ascii="Meiryo UI" w:hAnsi="Meiryo UI" w:eastAsia="Meiryo UI"/>
          <w:sz w:val="21"/>
        </w:rPr>
        <w:t>2.キイロスズメバチを狩るハチクマ</w:t>
      </w:r>
    </w:p>
    <w:p>
      <w:pPr/>
    </w:p>
    <w:p>
      <w:pPr/>
      <w:r>
        <w:rPr>
          <w:rFonts w:ascii="Meiryo UI" w:hAnsi="Meiryo UI" w:eastAsia="Meiryo UI"/>
          <w:sz w:val="21"/>
        </w:rPr>
        <w:t>ハチクマはキイロスズメバチの巣を偵察するため、</w:t>
      </w:r>
      <w:r>
        <w:rPr>
          <w:rFonts w:ascii="Meiryo UI" w:hAnsi="Meiryo UI" w:eastAsia="Meiryo UI"/>
          <w:sz w:val="21"/>
        </w:rPr>
        <w:t>近くの枝に止まります。目標の観察が済んだら、急降下による一撃</w:t>
      </w:r>
      <w:r>
        <w:rPr>
          <w:rFonts w:ascii="Meiryo UI" w:hAnsi="Meiryo UI" w:eastAsia="Meiryo UI"/>
          <w:sz w:val="21"/>
        </w:rPr>
        <w:t>で攻撃を加えます。</w:t>
      </w:r>
    </w:p>
    <w:p>
      <w:pPr/>
    </w:p>
    <w:p>
      <w:pPr/>
      <w:r>
        <w:rPr>
          <w:rFonts w:ascii="Meiryo UI" w:hAnsi="Meiryo UI" w:eastAsia="Meiryo UI"/>
          <w:sz w:val="21"/>
        </w:rPr>
        <w:t>キイロスズメバチは集団による防御で対抗し、猛禽類の顔を露わにしたハチクマの撃退を試みます。しかし、ハチクマの勝利への決意は揺るぎません！</w:t>
      </w:r>
    </w:p>
    <w:p>
      <w:pPr/>
    </w:p>
    <w:p>
      <w:pPr/>
      <w:r>
        <w:rPr>
          <w:rFonts w:ascii="Meiryo UI" w:hAnsi="Meiryo UI" w:eastAsia="Meiryo UI"/>
          <w:sz w:val="21"/>
        </w:rPr>
        <w:t>ハチクマの羽は固い鱗状の羽毛で覆われているので、キイロスズメバチの攻撃は効果がありません。ハチクマはスズメバチの幼虫とサナギの入った蜂の巣をつかみ、巣に持ち帰ります。巣ではそれを好物とするヒナたちが帰りを待ちわびているのです。</w:t>
      </w:r>
    </w:p>
    <w:p>
      <w:pPr/>
    </w:p>
    <w:p>
      <w:pPr/>
      <w:r>
        <w:rPr>
          <w:rFonts w:ascii="Meiryo UI" w:hAnsi="Meiryo UI" w:eastAsia="Meiryo UI"/>
          <w:sz w:val="21"/>
        </w:rPr>
        <w:t>ありがとう、セミ！ありがとうスズメバチ！私たちハチクマが生きているのは、あなたたちのお陰です！</w:t>
      </w:r>
    </w:p>
    <w:p>
      <w:pPr/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