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
    <w:p>
      <w:pPr/>
      <w:r>
        <w:rPr>
          <w:rFonts w:ascii="Garamond" w:hAnsi="Garamond"/>
          <w:sz w:val="21"/>
        </w:rPr>
        <w:t>白根山の火口から流れ出たミルキーブルーの温泉は草津温泉の湯畑に吹き出ます。その時立ち上る湯けむりで、街はぼんやりと霞んでいます。この煮えたぎった温泉は、板でお湯をかき混ぜるという何世紀も前から続く作法、</w:t>
      </w:r>
      <w:r>
        <w:rPr>
          <w:rFonts w:ascii="Garamond" w:hAnsi="Garamond"/>
          <w:i/>
          <w:sz w:val="21"/>
        </w:rPr>
        <w:t>湯もみ</w:t>
      </w:r>
      <w:r>
        <w:rPr>
          <w:rFonts w:ascii="Garamond" w:hAnsi="Garamond"/>
          <w:sz w:val="21"/>
        </w:rPr>
        <w:t>によって慣らされます。そして入浴客が温泉に入って効能を満喫するのに十分なまでに冷やされます。</w:t>
      </w:r>
    </w:p>
    <w:p>
      <w:pPr/>
    </w:p>
    <w:p>
      <w:pPr/>
      <w:r>
        <w:rPr>
          <w:rFonts w:ascii="Garamond" w:hAnsi="Garamond"/>
          <w:sz w:val="21"/>
        </w:rPr>
        <w:t>草津は日本三名泉のひとつに数えられており、贅沢</w:t>
      </w:r>
      <w:r>
        <w:rPr>
          <w:rFonts w:ascii="Garamond" w:hAnsi="Garamond"/>
          <w:sz w:val="21"/>
        </w:rPr>
        <w:t>な</w:t>
      </w:r>
      <w:r>
        <w:rPr>
          <w:rFonts w:ascii="Garamond" w:hAnsi="Garamond"/>
          <w:sz w:val="21"/>
        </w:rPr>
        <w:t>数々の温泉施設を誇ります。</w:t>
      </w:r>
    </w:p>
    <w:p>
      <w:pPr/>
    </w:p>
    <w:p>
      <w:pPr/>
      <w:r>
        <w:rPr>
          <w:rFonts w:ascii="Garamond" w:hAnsi="Garamond"/>
          <w:sz w:val="21"/>
        </w:rPr>
        <w:t>自然を満喫しながらの贅沢な温泉体験には、木々に囲まれた</w:t>
      </w:r>
      <w:r>
        <w:rPr>
          <w:rFonts w:ascii="Garamond" w:hAnsi="Garamond"/>
          <w:sz w:val="21"/>
        </w:rPr>
        <w:t>500</w:t>
      </w:r>
      <w:r>
        <w:rPr>
          <w:rFonts w:ascii="Garamond" w:hAnsi="Garamond"/>
          <w:sz w:val="21"/>
        </w:rPr>
        <w:t>平方メートルの野外露天風呂、西の河原露天風呂をお試しください。冬の雪のかぶった山々から、春の桜、夏の深緑、秋の色鮮やかな紅葉まで、四季折々の様々な風景をお楽しみいただけます。</w:t>
      </w:r>
    </w:p>
    <w:p>
      <w:pPr/>
    </w:p>
    <w:p>
      <w:pPr/>
      <w:r>
        <w:rPr>
          <w:rFonts w:ascii="Garamond" w:hAnsi="Garamond"/>
          <w:sz w:val="21"/>
        </w:rPr>
        <w:t>何世紀も昔の草津を味わいたいのなら、江戸時代・明治時代の建築様式を見事に融合して再建した、御座之湯がおすすめです。この広大な施設は、優雅な日本建築を誇り、湯気が立ち上る湯畑の風景を眼下に見ることができます。</w:t>
      </w:r>
    </w:p>
    <w:p>
      <w:pPr/>
    </w:p>
    <w:p>
      <w:pPr/>
      <w:r>
        <w:rPr>
          <w:rFonts w:ascii="Garamond" w:hAnsi="Garamond"/>
          <w:sz w:val="21"/>
        </w:rPr>
        <w:t>大滝乃湯では、入浴客は伝統的な</w:t>
      </w:r>
      <w:r>
        <w:rPr>
          <w:rFonts w:ascii="Garamond" w:hAnsi="Garamond"/>
          <w:i/>
          <w:sz w:val="21"/>
        </w:rPr>
        <w:t>合わせ湯</w:t>
      </w:r>
      <w:r>
        <w:rPr>
          <w:rFonts w:ascii="Garamond" w:hAnsi="Garamond"/>
          <w:sz w:val="21"/>
        </w:rPr>
        <w:t>の入浴文化を体験できます。</w:t>
      </w:r>
      <w:r>
        <w:rPr>
          <w:rFonts w:ascii="Garamond" w:hAnsi="Garamond"/>
          <w:i/>
          <w:sz w:val="21"/>
        </w:rPr>
        <w:t>合わせ湯</w:t>
      </w:r>
      <w:r>
        <w:rPr>
          <w:rFonts w:ascii="Garamond" w:hAnsi="Garamond"/>
          <w:sz w:val="21"/>
        </w:rPr>
        <w:t>では、徐々に熱くなる浴槽に順に</w:t>
      </w:r>
      <w:r>
        <w:rPr>
          <w:rFonts w:ascii="Garamond" w:hAnsi="Garamond"/>
          <w:sz w:val="21"/>
        </w:rPr>
        <w:t>浸かって</w:t>
      </w:r>
      <w:r>
        <w:rPr>
          <w:rFonts w:ascii="Garamond" w:hAnsi="Garamond"/>
          <w:sz w:val="21"/>
        </w:rPr>
        <w:t>いきます。最近改築された浴場には、天井までの木柱がそびえ立</w:t>
      </w:r>
      <w:r>
        <w:rPr>
          <w:rFonts w:ascii="Garamond" w:hAnsi="Garamond"/>
          <w:sz w:val="21"/>
        </w:rPr>
        <w:t>っています</w:t>
      </w:r>
      <w:r>
        <w:rPr>
          <w:rFonts w:ascii="Garamond" w:hAnsi="Garamond"/>
          <w:sz w:val="21"/>
        </w:rPr>
        <w:t>。温泉の湯けむりが周りに立ち上ると、霧の中に木が立っているようで、まるで野外にいる気分になれます。</w:t>
      </w:r>
    </w:p>
    <w:p>
      <w:pPr/>
    </w:p>
    <w:p>
      <w:pPr/>
      <w:r>
        <w:rPr>
          <w:rFonts w:ascii="Garamond" w:hAnsi="Garamond"/>
          <w:sz w:val="21"/>
        </w:rPr>
        <w:t>温泉の効能にも、言い伝えがあります。草津温泉は、恋の病以外の全ての病を治すと言われています。草津の温泉は、その量の多いことでも有名で、自然湧出量は日本一を誇ります。毎分</w:t>
      </w:r>
      <w:r>
        <w:rPr>
          <w:rFonts w:ascii="Garamond" w:hAnsi="Garamond"/>
          <w:sz w:val="21"/>
        </w:rPr>
        <w:t>32,000</w:t>
      </w:r>
      <w:r>
        <w:rPr>
          <w:rFonts w:ascii="Garamond" w:hAnsi="Garamond"/>
          <w:sz w:val="21"/>
        </w:rPr>
        <w:t>リットル以上湧き出るため、薄めたり再加熱</w:t>
      </w:r>
      <w:r>
        <w:rPr>
          <w:rFonts w:ascii="Garamond" w:hAnsi="Garamond"/>
          <w:sz w:val="21"/>
        </w:rPr>
        <w:t>を</w:t>
      </w:r>
      <w:r>
        <w:rPr>
          <w:rFonts w:ascii="Garamond" w:hAnsi="Garamond"/>
          <w:sz w:val="21"/>
        </w:rPr>
        <w:t>する必要はありません。この温泉は酸性度が高いため、バクテリアやカビが生息できず、草津温泉が何世紀にもわたり癒しの湯と親しまれる所以の殺菌効果をもたらします。</w:t>
      </w:r>
    </w:p>
    <w:p>
      <w:pPr/>
    </w:p>
    <w:p>
      <w:pPr/>
      <w:r>
        <w:rPr>
          <w:rFonts w:ascii="Garamond" w:hAnsi="Garamond"/>
          <w:b/>
          <w:sz w:val="21"/>
        </w:rPr>
        <w:t>何世紀も受け継がれる入浴法を堪能しよう</w:t>
      </w:r>
    </w:p>
    <w:p>
      <w:pPr/>
    </w:p>
    <w:p>
      <w:pPr/>
      <w:r>
        <w:rPr>
          <w:rFonts w:ascii="Garamond" w:hAnsi="Garamond"/>
          <w:sz w:val="21"/>
        </w:rPr>
        <w:t>日本三名泉のひとつである草津温泉は、活気溢れる伝統的な温泉街として有名で、温泉にまつわる日本の伝統文化を体験することができます。</w:t>
      </w:r>
    </w:p>
    <w:p>
      <w:pPr/>
    </w:p>
    <w:p>
      <w:pPr/>
      <w:r>
        <w:rPr>
          <w:rFonts w:ascii="Garamond" w:hAnsi="Garamond"/>
          <w:sz w:val="21"/>
        </w:rPr>
        <w:t>温泉の合間には、街のメインストリートを散策し、地元特産品やガラス工芸品などの店を見て回ってレトロな雰囲気を満喫しましょう。たくさんあるお洒落な菓子店のひとつに立ち寄り、温泉水で蒸しあげた美味しい</w:t>
      </w:r>
      <w:r>
        <w:rPr>
          <w:rFonts w:ascii="Garamond" w:hAnsi="Garamond"/>
          <w:i/>
          <w:sz w:val="21"/>
        </w:rPr>
        <w:t>和菓子</w:t>
      </w:r>
      <w:r>
        <w:rPr>
          <w:rFonts w:ascii="Garamond" w:hAnsi="Garamond"/>
          <w:sz w:val="21"/>
        </w:rPr>
        <w:t>をぜひお試しください。ほかほかの甘い饅頭を味わいながら街中の小道を散策し、湯けむりの立ち上るなかライトアップで魅力を増した歴史的建築に足を運んでみてください。</w:t>
      </w:r>
    </w:p>
    <w:p>
      <w:pPr/>
    </w:p>
    <w:p>
      <w:pPr/>
      <w:r>
        <w:rPr>
          <w:rFonts w:ascii="Garamond" w:hAnsi="Garamond"/>
          <w:sz w:val="21"/>
        </w:rPr>
        <w:t>滞在をさらに本格的なものにするには、御座之湯で浴衣を借りて、浴衣のまま散策に出かけましょう。着付けサービスが利用できるので、自分で準備する必要はありません</w:t>
      </w:r>
      <w:r>
        <w:rPr>
          <w:rFonts w:ascii="Garamond" w:hAnsi="Garamond"/>
          <w:sz w:val="21"/>
        </w:rPr>
        <w:t xml:space="preserve">! </w:t>
      </w:r>
      <w:r>
        <w:rPr>
          <w:rFonts w:ascii="Garamond" w:hAnsi="Garamond"/>
          <w:sz w:val="21"/>
        </w:rPr>
        <w:t>湯けむりに包まれて湯畑を巡りながら、古い松の木の浴槽から湧き出るミルキーブルーの温泉を眺めましょう。</w:t>
      </w:r>
      <w:r>
        <w:rPr>
          <w:rFonts w:ascii="Garamond" w:hAnsi="Garamond"/>
          <w:sz w:val="21"/>
        </w:rPr>
        <w:t xml:space="preserve"> </w:t>
      </w:r>
      <w:r>
        <w:rPr>
          <w:rFonts w:ascii="Garamond" w:hAnsi="Garamond"/>
          <w:sz w:val="21"/>
        </w:rPr>
        <w:t>無料の足湯では、景色を楽しみながら一休みできます。</w:t>
      </w:r>
    </w:p>
    <w:p>
      <w:pPr/>
    </w:p>
    <w:p>
      <w:pPr/>
      <w:r>
        <w:rPr>
          <w:rFonts w:ascii="Garamond" w:hAnsi="Garamond"/>
          <w:b/>
          <w:sz w:val="21"/>
        </w:rPr>
        <w:t>草津温泉をエンジョイ</w:t>
      </w:r>
      <w:r>
        <w:rPr>
          <w:rFonts w:ascii="Garamond" w:hAnsi="Garamond"/>
          <w:b/>
          <w:sz w:val="21"/>
        </w:rPr>
        <w:t>!</w:t>
      </w:r>
    </w:p>
    <w:p>
      <w:pPr/>
    </w:p>
    <w:p>
      <w:pPr/>
      <w:r>
        <w:rPr>
          <w:rFonts w:ascii="Garamond" w:hAnsi="Garamond"/>
          <w:sz w:val="21"/>
        </w:rPr>
        <w:t>草津温泉であなたを待つさらに</w:t>
      </w:r>
      <w:r>
        <w:rPr>
          <w:rFonts w:ascii="Garamond" w:hAnsi="Garamond"/>
          <w:sz w:val="21"/>
        </w:rPr>
        <w:t>様々なレクリエーション</w:t>
      </w:r>
      <w:r>
        <w:rPr>
          <w:rFonts w:ascii="Garamond" w:hAnsi="Garamond"/>
          <w:sz w:val="21"/>
        </w:rPr>
        <w:t>は、ウェブサイトからご覧いただけます。ウェブサイトでは、オススメの飲食店やホテルなど、日本古来</w:t>
      </w:r>
      <w:r>
        <w:rPr>
          <w:rFonts w:ascii="Garamond" w:hAnsi="Garamond"/>
          <w:sz w:val="21"/>
        </w:rPr>
        <w:t>から続く</w:t>
      </w:r>
      <w:r>
        <w:rPr>
          <w:rFonts w:ascii="Garamond" w:hAnsi="Garamond"/>
          <w:sz w:val="21"/>
        </w:rPr>
        <w:t>リゾート地</w:t>
      </w:r>
      <w:r>
        <w:rPr>
          <w:rFonts w:ascii="Garamond" w:hAnsi="Garamond"/>
          <w:sz w:val="21"/>
        </w:rPr>
        <w:t>で</w:t>
      </w:r>
      <w:r>
        <w:rPr>
          <w:rFonts w:ascii="Garamond" w:hAnsi="Garamond"/>
          <w:sz w:val="21"/>
        </w:rPr>
        <w:t>の滞在を理想的なものにするためのヒントが散りばめられています。滞在をより良いものにするための周辺観光情報や、大切な人へのプレゼントにもオススメの人気のお土産</w:t>
      </w:r>
      <w:r>
        <w:rPr>
          <w:rFonts w:ascii="Garamond" w:hAnsi="Garamond"/>
          <w:sz w:val="21"/>
        </w:rPr>
        <w:t>情報</w:t>
      </w:r>
      <w:r>
        <w:rPr>
          <w:rFonts w:ascii="Garamond" w:hAnsi="Garamond"/>
          <w:sz w:val="21"/>
        </w:rPr>
        <w:t>も掲載されています。日本の入浴文化について詳しく知りたい場合、ウェブサイトでは入浴方法が順を追って説明されており、さらに、あなたを温泉のプロに変える豊富な情報が掲載されています。</w:t>
      </w:r>
    </w:p>
    <w:p>
      <w:pPr/>
    </w:p>
    <w:p>
      <w:pPr/>
      <w:r>
        <w:rPr>
          <w:rFonts w:ascii="Garamond" w:hAnsi="Garamond"/>
          <w:sz w:val="21"/>
        </w:rPr>
        <w:t>入浴を安全にお楽しみいただくために、下記にご注意ください。温泉には癒し効果がありますが、入浴中、体は思っている以上に汗をかきます。入浴の合間に水分補給を行い、脱水症状にならないよう気をつけてください。草津の天然ミネラルウォーターを飲んだらさらに健康になれるかもしれません。また、草津温泉は酸性度が強く、銀製品には錆が発生します。入浴前には必ず全ての貴金属類を外してください。</w:t>
      </w:r>
    </w:p>
    <w:p>
      <w:pPr/>
    </w:p>
    <w:p>
      <w:pPr/>
      <w:r>
        <w:rPr>
          <w:rFonts w:ascii="Garamond" w:hAnsi="Garamond"/>
          <w:sz w:val="21"/>
        </w:rPr>
        <w:t>最後に、海外からのお客様へ。草津温泉の旅館や入浴施設の多くは、犯罪組織と関係のないタトゥーの入ったお客様を歓迎しています。安心してご入浴ください。世界レベルの温泉リゾート、草津温泉には年間</w:t>
      </w:r>
      <w:r>
        <w:rPr>
          <w:rFonts w:ascii="Garamond" w:hAnsi="Garamond"/>
          <w:sz w:val="21"/>
        </w:rPr>
        <w:t>300</w:t>
      </w:r>
      <w:r>
        <w:rPr>
          <w:rFonts w:ascii="Garamond" w:hAnsi="Garamond"/>
          <w:sz w:val="21"/>
        </w:rPr>
        <w:t>万人の旅行者が訪れており、ここでは、タトゥーの入った旅行者も安心して癒しの湯を満喫することができます。</w:t>
      </w:r>
    </w:p>
    <w:p>
      <w:pPr/>
    </w:p>
    <w:p>
      <w:pPr/>
      <w:r>
        <w:rPr>
          <w:rFonts w:ascii="Garamond" w:hAnsi="Garamond"/>
          <w:sz w:val="21"/>
        </w:rPr>
        <w:t>草津温泉にぜひお越しください。一度お越しいただければ、必ず何度でも訪ねたくなるはずです</w:t>
      </w:r>
      <w:r>
        <w:rPr>
          <w:rFonts w:ascii="Garamond" w:hAnsi="Garamond"/>
          <w:sz w:val="21"/>
        </w:rPr>
        <w:t>！</w:t>
      </w:r>
    </w:p>
    <w:p>
      <w:pP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