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新潟の自然の魅力をゆったりと満喫できる妙高の数多くのセラピーロード、または「癒しの道」として知られるコースを歩いてみましょう。妙高のこれらの様々な短いコースは森林の中に整備されており、周囲の山々を登山せずに探検することのできる素晴らしい散策路です。「セラピーロード」と名付けられているように、これらのコースは健脚者向けというよりも、ゆったりとリラックスするためのものです。緑の中で新鮮な空気を吸いながらこれらのコースを歩く事が、このエリアで体験できる最高のセラピーの1つとなっています。小さな子供連れのファミリーや、年配の方と一緒の場合でも楽しめる最適なコースもあります。これらのコースは散策コースエリアの出発地点にある大きな地図に示されていることが多いので、</w:t>
      </w:r>
      <w:r>
        <w:rPr>
          <w:rFonts w:ascii="Meiryo UI" w:hAnsi="Meiryo UI" w:eastAsia="Meiryo UI"/>
        </w:rPr>
        <w:t>リラックスしている中で道に迷ってしまう、といった心配もないでしょう</w:t>
      </w:r>
      <w:r>
        <w:rPr>
          <w:rFonts w:ascii="Meiryo UI" w:hAnsi="Meiryo UI" w:eastAsia="Meiryo UI"/>
        </w:rPr>
        <w: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