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つつじ山は、野沢温泉の北側にある丘です。この丘が特に美しくなるのは6月で、約5,000種類のツツジが山腹を真っ赤に染めます。小さな百番観音堂もある丘の頂上にある公園からは、村やスキー場、北アルプス、さらに北信五岳の5つの山頂を見渡す絶景が楽しめます。百体観音の石仏が並んだ、狭く曲がりくねった道を約25分登ったところにあります。</w:t>
      </w:r>
      <w:r>
        <w:rPr>
          <w:rFonts w:ascii="Meiryo UI" w:hAnsi="Meiryo UI" w:eastAsia="Meiryo UI"/>
        </w:rPr>
        <w:br/>
        <w:t>「日本百観音」とは、関西の「西國三十三番」、 関東の「坂東三十三番」、そして埼玉県の「秩父三十四番」という3つの独立した巡礼道を総合した巡礼ルートのことです。</w:t>
      </w:r>
      <w:r>
        <w:rPr>
          <w:rFonts w:ascii="Meiryo UI" w:hAnsi="Meiryo UI" w:eastAsia="Meiryo UI"/>
        </w:rPr>
        <w:br/>
        <w:t>野沢温泉にも、100体の観音石像が並ぶ独自の小道があります。この曲がりくねった道を歩くのは、日本全国に広がる「日本百観音」の3つの道すべてを訪れるのと同じご利益がある考えられています。伝説によると、1839年〜1849年に村人たちが作った観音石像は、これらの3つの観音霊場から持ち帰った土の上に安置されているということです。それ以来地元の人々は特に供養の際こちらの石像を用いており、石像一基に一燈ずつの燈明を献じ、先祖の供養や人々の無事をお祈りします。</w:t>
      </w:r>
      <w:r>
        <w:rPr>
          <w:rFonts w:ascii="Meiryo UI" w:hAnsi="Meiryo UI" w:eastAsia="Meiryo UI"/>
        </w:rPr>
        <w:br/>
        <w:t>豊かな緑に囲まれてハイキングを楽しみたいという方には、こちらの小規模な自然遊歩道がお勧めです。街の喧騒を離れて心をリフレッシュするには最高の場所です。ハイキングの後に、自分へのご褒美として温泉に入ってリフレッシュしましょう。</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