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近代的なアールベルクスキー技法を日本に伝えたオーストリアのスキーの名手、ハンネス・シュナイダーにちなんで名付けられたシュナイダー広場とカフェ＆アートギャラリー L'Atelier KURAは観光案内所やバスターミナルに近い街の中心部にあります。便利なことに隣り合っているこの2つの場所は村を知るには間違いなく最適な場所です。シュナイダー広場には町の成長と評判に貢献した2人の重要人物を称える大きな記念碑があります。青いタイルに覆われた壁には木製のスキー板とストック一式とハンネス・シュナイダーのブロンズ製胸像が飾られています。1972年に北海道の札幌で開催された冬季オリンピックの公式記念メダルを模した大きな円形のモニュメントも見ることができます。この芸術作品は著名な前衛芸術家の故岡本太郎氏によってデザインされたものです。</w:t>
      </w:r>
      <w:r>
        <w:rPr>
          <w:rFonts w:ascii="Meiryo UI" w:hAnsi="Meiryo UI" w:eastAsia="Meiryo UI"/>
        </w:rPr>
        <w:br/>
        <w:t>そしてL'Atelier KURAは自家製のパンで人気があります。地元の葉物野菜、野沢菜を細かく刻んだものをマヨネーズで和えてはさんだサンドイッチ「野沢菜マヨパン」を味わうために早くから並びましょう。リノベーションされた古い倉庫（日本語で「蔵」）を使ったL'Atelier KURAの2階に上がるとそこは無料のアートギャラリーになっています。</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