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b/>
        </w:rPr>
        <w:t>仁田峠：山頂への玄関口</w:t>
      </w:r>
    </w:p>
    <w:p>
      <w:pPr/>
    </w:p>
    <w:p>
      <w:pPr/>
      <w:r>
        <w:rPr>
          <w:rFonts w:ascii="Meiryo UI" w:hAnsi="Meiryo UI" w:eastAsia="Meiryo UI"/>
        </w:rPr>
        <w:t>標高1,040mの</w:t>
      </w:r>
      <w:r>
        <w:rPr>
          <w:rFonts w:ascii="Meiryo UI" w:hAnsi="Meiryo UI" w:eastAsia="Meiryo UI"/>
        </w:rPr>
        <w:t>絶景ロケーションに</w:t>
      </w:r>
      <w:r>
        <w:rPr>
          <w:rFonts w:ascii="Meiryo UI" w:hAnsi="Meiryo UI" w:eastAsia="Meiryo UI"/>
        </w:rPr>
        <w:t>ある仁田峠は、半島最高峰</w:t>
      </w:r>
      <w:r>
        <w:rPr>
          <w:rFonts w:ascii="Meiryo UI" w:hAnsi="Meiryo UI" w:eastAsia="Meiryo UI"/>
        </w:rPr>
        <w:t>群</w:t>
      </w:r>
      <w:r>
        <w:rPr>
          <w:rFonts w:ascii="Meiryo UI" w:hAnsi="Meiryo UI" w:eastAsia="Meiryo UI"/>
        </w:rPr>
        <w:t>への入り口となっています。山</w:t>
      </w:r>
      <w:r>
        <w:rPr>
          <w:rFonts w:ascii="Meiryo UI" w:hAnsi="Meiryo UI" w:eastAsia="Meiryo UI"/>
        </w:rPr>
        <w:t>には</w:t>
      </w:r>
      <w:r>
        <w:rPr>
          <w:rFonts w:ascii="Meiryo UI" w:hAnsi="Meiryo UI" w:eastAsia="Meiryo UI"/>
        </w:rPr>
        <w:t>展望台がいくつかあり、晴天の日には</w:t>
      </w:r>
      <w:r>
        <w:rPr>
          <w:rFonts w:ascii="Meiryo UI" w:hAnsi="Meiryo UI" w:eastAsia="Meiryo UI"/>
        </w:rPr>
        <w:t>限りなく広がる</w:t>
      </w:r>
      <w:r>
        <w:rPr>
          <w:rFonts w:ascii="Meiryo UI" w:hAnsi="Meiryo UI" w:eastAsia="Meiryo UI"/>
        </w:rPr>
        <w:t>半島</w:t>
      </w:r>
      <w:r>
        <w:rPr>
          <w:rFonts w:ascii="Meiryo UI" w:hAnsi="Meiryo UI" w:eastAsia="Meiryo UI"/>
        </w:rPr>
        <w:t>の景色を一望</w:t>
      </w:r>
      <w:r>
        <w:rPr>
          <w:rFonts w:ascii="Meiryo UI" w:hAnsi="Meiryo UI" w:eastAsia="Meiryo UI"/>
        </w:rPr>
        <w:t>でき、海の</w:t>
      </w:r>
      <w:r>
        <w:rPr>
          <w:rFonts w:ascii="Meiryo UI" w:hAnsi="Meiryo UI" w:eastAsia="Meiryo UI"/>
        </w:rPr>
        <w:t>はるか</w:t>
      </w:r>
      <w:r>
        <w:rPr>
          <w:rFonts w:ascii="Meiryo UI" w:hAnsi="Meiryo UI" w:eastAsia="Meiryo UI"/>
        </w:rPr>
        <w:t>向こうには天草諸島や阿蘇山、</w:t>
      </w:r>
      <w:r>
        <w:rPr>
          <w:rFonts w:ascii="Meiryo UI" w:hAnsi="Meiryo UI" w:eastAsia="Meiryo UI"/>
        </w:rPr>
        <w:t>そして</w:t>
      </w:r>
      <w:r>
        <w:rPr>
          <w:rFonts w:ascii="Meiryo UI" w:hAnsi="Meiryo UI" w:eastAsia="Meiryo UI"/>
        </w:rPr>
        <w:t>熊本市の景色</w:t>
      </w:r>
      <w:r>
        <w:rPr>
          <w:rFonts w:ascii="Meiryo UI" w:hAnsi="Meiryo UI" w:eastAsia="Meiryo UI"/>
        </w:rPr>
        <w:t>を望めます</w:t>
      </w:r>
      <w:r>
        <w:rPr>
          <w:rFonts w:ascii="Meiryo UI" w:hAnsi="Meiryo UI" w:eastAsia="Meiryo UI"/>
        </w:rPr>
        <w:t>。</w:t>
      </w:r>
      <w:r>
        <w:rPr>
          <w:rFonts w:ascii="Meiryo UI" w:hAnsi="Meiryo UI" w:eastAsia="Meiryo UI"/>
        </w:rPr>
        <w:t>その</w:t>
      </w:r>
      <w:r>
        <w:rPr>
          <w:rFonts w:ascii="Meiryo UI" w:hAnsi="Meiryo UI" w:eastAsia="Meiryo UI"/>
        </w:rPr>
        <w:t>中でも</w:t>
      </w:r>
      <w:r>
        <w:rPr>
          <w:rFonts w:ascii="Meiryo UI" w:hAnsi="Meiryo UI" w:eastAsia="Meiryo UI"/>
        </w:rPr>
        <w:t>ひときわ</w:t>
      </w:r>
      <w:r>
        <w:rPr>
          <w:rFonts w:ascii="Meiryo UI" w:hAnsi="Meiryo UI" w:eastAsia="Meiryo UI"/>
        </w:rPr>
        <w:t>目を引いているのは、</w:t>
      </w:r>
      <w:r>
        <w:rPr>
          <w:rFonts w:ascii="Meiryo UI" w:hAnsi="Meiryo UI" w:eastAsia="Meiryo UI"/>
        </w:rPr>
        <w:t>地球上で最も新しい山の一つである、平成新山です。周囲に覆いかぶさるようにそびえ立つ平成新山は</w:t>
      </w:r>
      <w:r>
        <w:rPr>
          <w:rFonts w:ascii="Meiryo UI" w:hAnsi="Meiryo UI" w:eastAsia="Meiryo UI"/>
        </w:rPr>
        <w:t>標高1,483mで、1990年11月17日</w:t>
      </w:r>
      <w:r>
        <w:rPr>
          <w:rFonts w:ascii="Meiryo UI" w:hAnsi="Meiryo UI" w:eastAsia="Meiryo UI"/>
        </w:rPr>
        <w:t>から</w:t>
      </w:r>
      <w:r>
        <w:rPr>
          <w:rFonts w:ascii="Meiryo UI" w:hAnsi="Meiryo UI" w:eastAsia="Meiryo UI"/>
        </w:rPr>
        <w:t>5年間</w:t>
      </w:r>
      <w:r>
        <w:rPr>
          <w:rFonts w:ascii="Meiryo UI" w:hAnsi="Meiryo UI" w:eastAsia="Meiryo UI"/>
        </w:rPr>
        <w:t>続いた</w:t>
      </w:r>
      <w:r>
        <w:rPr>
          <w:rFonts w:ascii="Meiryo UI" w:hAnsi="Meiryo UI" w:eastAsia="Meiryo UI"/>
        </w:rPr>
        <w:t>普賢岳の噴火によってでき</w:t>
      </w:r>
      <w:r>
        <w:rPr>
          <w:rFonts w:ascii="Meiryo UI" w:hAnsi="Meiryo UI" w:eastAsia="Meiryo UI"/>
        </w:rPr>
        <w:t>た巨大な溶岩ドームです。</w:t>
      </w:r>
      <w:r>
        <w:rPr>
          <w:rFonts w:ascii="Meiryo UI" w:hAnsi="Meiryo UI" w:eastAsia="Meiryo UI"/>
        </w:rPr>
        <w:t>1991</w:t>
      </w:r>
      <w:r>
        <w:rPr>
          <w:rFonts w:ascii="Meiryo UI" w:hAnsi="Meiryo UI" w:eastAsia="Meiryo UI"/>
        </w:rPr>
        <w:t>年</w:t>
      </w:r>
      <w:r>
        <w:rPr>
          <w:rFonts w:ascii="Meiryo UI" w:hAnsi="Meiryo UI" w:eastAsia="Meiryo UI"/>
        </w:rPr>
        <w:t>6</w:t>
      </w:r>
      <w:r>
        <w:rPr>
          <w:rFonts w:ascii="Meiryo UI" w:hAnsi="Meiryo UI" w:eastAsia="Meiryo UI"/>
        </w:rPr>
        <w:t>月には火山からの火砕流により4</w:t>
      </w:r>
      <w:r>
        <w:rPr>
          <w:rFonts w:ascii="Meiryo UI" w:hAnsi="Meiryo UI" w:eastAsia="Meiryo UI"/>
        </w:rPr>
        <w:t>3</w:t>
      </w:r>
      <w:r>
        <w:rPr>
          <w:rFonts w:ascii="Meiryo UI" w:hAnsi="Meiryo UI" w:eastAsia="Meiryo UI"/>
        </w:rPr>
        <w:t>名</w:t>
      </w:r>
      <w:r>
        <w:rPr>
          <w:rFonts w:ascii="Meiryo UI" w:hAnsi="Meiryo UI" w:eastAsia="Meiryo UI"/>
        </w:rPr>
        <w:t>の死者を出し、数千人が避難しました。</w:t>
      </w:r>
    </w:p>
    <w:p>
      <w:pPr/>
    </w:p>
    <w:p>
      <w:pPr/>
      <w:r>
        <w:rPr>
          <w:rFonts w:ascii="Meiryo UI" w:hAnsi="Meiryo UI" w:eastAsia="Meiryo UI"/>
          <w:b/>
        </w:rPr>
        <w:t>山頂への</w:t>
      </w:r>
      <w:r>
        <w:rPr>
          <w:rFonts w:ascii="Meiryo UI" w:hAnsi="Meiryo UI" w:eastAsia="Meiryo UI"/>
          <w:b/>
        </w:rPr>
        <w:t>道</w:t>
      </w:r>
    </w:p>
    <w:p>
      <w:pPr/>
      <w:r>
        <w:rPr>
          <w:rFonts w:ascii="Meiryo UI" w:hAnsi="Meiryo UI" w:eastAsia="Meiryo UI"/>
        </w:rPr>
        <w:t>山登り目的で訪れる方のほとんどが普</w:t>
      </w:r>
      <w:r>
        <w:rPr>
          <w:rFonts w:ascii="Meiryo UI" w:hAnsi="Meiryo UI" w:eastAsia="Meiryo UI"/>
        </w:rPr>
        <w:t>賢岳</w:t>
      </w:r>
      <w:r>
        <w:rPr>
          <w:rFonts w:ascii="Meiryo UI" w:hAnsi="Meiryo UI" w:eastAsia="Meiryo UI"/>
        </w:rPr>
        <w:t>を目指しますが</w:t>
      </w:r>
      <w:r>
        <w:rPr>
          <w:rFonts w:ascii="Meiryo UI" w:hAnsi="Meiryo UI" w:eastAsia="Meiryo UI"/>
        </w:rPr>
        <w:t>、その登山口は仁田峠にあります。駐車場から少し歩くとロープウェイの駅があり</w:t>
      </w:r>
      <w:r>
        <w:rPr>
          <w:rFonts w:ascii="Meiryo UI" w:hAnsi="Meiryo UI" w:eastAsia="Meiryo UI"/>
        </w:rPr>
        <w:t>、</w:t>
      </w:r>
      <w:r>
        <w:rPr>
          <w:rFonts w:ascii="Meiryo UI" w:hAnsi="Meiryo UI" w:eastAsia="Meiryo UI"/>
        </w:rPr>
        <w:t>標高1,333mの妙見岳</w:t>
      </w:r>
      <w:r>
        <w:rPr>
          <w:rFonts w:ascii="Meiryo UI" w:hAnsi="Meiryo UI" w:eastAsia="Meiryo UI"/>
        </w:rPr>
        <w:t>駅</w:t>
      </w:r>
      <w:r>
        <w:rPr>
          <w:rFonts w:ascii="Meiryo UI" w:hAnsi="Meiryo UI" w:eastAsia="Meiryo UI"/>
        </w:rPr>
        <w:t>まで、ゴンドラに乗っ</w:t>
      </w:r>
      <w:r>
        <w:rPr>
          <w:rFonts w:ascii="Meiryo UI" w:hAnsi="Meiryo UI" w:eastAsia="Meiryo UI"/>
        </w:rPr>
        <w:t>て</w:t>
      </w:r>
      <w:r>
        <w:rPr>
          <w:rFonts w:ascii="Meiryo UI" w:hAnsi="Meiryo UI" w:eastAsia="Meiryo UI"/>
        </w:rPr>
        <w:t>3分</w:t>
      </w:r>
      <w:r>
        <w:rPr>
          <w:rFonts w:ascii="Meiryo UI" w:hAnsi="Meiryo UI" w:eastAsia="Meiryo UI"/>
        </w:rPr>
        <w:t>もしないうちに着きます。ここか</w:t>
      </w:r>
      <w:r>
        <w:rPr>
          <w:rFonts w:ascii="Meiryo UI" w:hAnsi="Meiryo UI" w:eastAsia="Meiryo UI"/>
        </w:rPr>
        <w:t>ら</w:t>
      </w:r>
      <w:r>
        <w:rPr>
          <w:rFonts w:ascii="Meiryo UI" w:hAnsi="Meiryo UI" w:eastAsia="Meiryo UI"/>
        </w:rPr>
        <w:t>多くの方が</w:t>
      </w:r>
      <w:r>
        <w:rPr>
          <w:rFonts w:ascii="Meiryo UI" w:hAnsi="Meiryo UI" w:eastAsia="Meiryo UI"/>
        </w:rPr>
        <w:t>ハイキングを</w:t>
      </w:r>
      <w:r>
        <w:rPr>
          <w:rFonts w:ascii="Meiryo UI" w:hAnsi="Meiryo UI" w:eastAsia="Meiryo UI"/>
        </w:rPr>
        <w:t>開始しますが</w:t>
      </w:r>
      <w:r>
        <w:rPr>
          <w:rFonts w:ascii="Meiryo UI" w:hAnsi="Meiryo UI" w:eastAsia="Meiryo UI"/>
        </w:rPr>
        <w:t>、山登りをしない人も同じくらい</w:t>
      </w:r>
      <w:r>
        <w:rPr>
          <w:rFonts w:ascii="Meiryo UI" w:hAnsi="Meiryo UI" w:eastAsia="Meiryo UI"/>
        </w:rPr>
        <w:t>楽しめます</w:t>
      </w:r>
      <w:r>
        <w:rPr>
          <w:rFonts w:ascii="Meiryo UI" w:hAnsi="Meiryo UI" w:eastAsia="Meiryo UI"/>
        </w:rPr>
        <w:t>。</w:t>
      </w:r>
      <w:r>
        <w:rPr>
          <w:rFonts w:ascii="Meiryo UI" w:hAnsi="Meiryo UI" w:eastAsia="Meiryo UI"/>
        </w:rPr>
        <w:t>半島最高地点の展望台までは階段を登って行けるため、険しい山道を登ることなく、パノラマの景色を楽しむことができます。展望台からは、</w:t>
      </w:r>
      <w:r>
        <w:rPr>
          <w:rFonts w:ascii="Meiryo UI" w:hAnsi="Meiryo UI" w:eastAsia="Meiryo UI"/>
        </w:rPr>
        <w:t>谷</w:t>
      </w:r>
      <w:r>
        <w:rPr>
          <w:rFonts w:ascii="Meiryo UI" w:hAnsi="Meiryo UI" w:eastAsia="Meiryo UI"/>
        </w:rPr>
        <w:t>の向こうに岩だらけの</w:t>
      </w:r>
      <w:r>
        <w:rPr>
          <w:rFonts w:ascii="Meiryo UI" w:hAnsi="Meiryo UI" w:eastAsia="Meiryo UI"/>
        </w:rPr>
        <w:t>普賢岳山頂</w:t>
      </w:r>
      <w:r>
        <w:rPr>
          <w:rFonts w:ascii="Meiryo UI" w:hAnsi="Meiryo UI" w:eastAsia="Meiryo UI"/>
        </w:rPr>
        <w:t>を登る登山者</w:t>
      </w:r>
      <w:r>
        <w:rPr>
          <w:rFonts w:ascii="Meiryo UI" w:hAnsi="Meiryo UI" w:eastAsia="Meiryo UI"/>
        </w:rPr>
        <w:t>の姿</w:t>
      </w:r>
      <w:r>
        <w:rPr>
          <w:rFonts w:ascii="Meiryo UI" w:hAnsi="Meiryo UI" w:eastAsia="Meiryo UI"/>
        </w:rPr>
        <w:t>も見えます</w:t>
      </w:r>
      <w:r>
        <w:rPr>
          <w:rFonts w:ascii="Meiryo UI" w:hAnsi="Meiryo UI" w:eastAsia="Meiryo UI"/>
        </w:rPr>
        <w:t>。</w:t>
      </w:r>
    </w:p>
    <w:p>
      <w:pPr/>
    </w:p>
    <w:p>
      <w:pPr/>
      <w:r>
        <w:rPr>
          <w:rFonts w:ascii="Meiryo UI" w:hAnsi="Meiryo UI" w:eastAsia="Meiryo UI"/>
          <w:b/>
        </w:rPr>
        <w:t>多様性</w:t>
      </w:r>
      <w:r>
        <w:rPr>
          <w:rFonts w:ascii="Meiryo UI" w:hAnsi="Meiryo UI" w:eastAsia="Meiryo UI"/>
          <w:b/>
        </w:rPr>
        <w:t>に富んだ</w:t>
      </w:r>
      <w:r>
        <w:rPr>
          <w:rFonts w:ascii="Meiryo UI" w:hAnsi="Meiryo UI" w:eastAsia="Meiryo UI"/>
          <w:b/>
        </w:rPr>
        <w:t>野生生物</w:t>
      </w:r>
    </w:p>
    <w:p>
      <w:pPr/>
      <w:r>
        <w:rPr>
          <w:rFonts w:ascii="Meiryo UI" w:hAnsi="Meiryo UI" w:eastAsia="Meiryo UI"/>
        </w:rPr>
        <w:t>5月の</w:t>
      </w:r>
      <w:r>
        <w:rPr>
          <w:rFonts w:ascii="Meiryo UI" w:hAnsi="Meiryo UI" w:eastAsia="Meiryo UI"/>
        </w:rPr>
        <w:t>上旬から</w:t>
      </w:r>
      <w:r>
        <w:rPr>
          <w:rFonts w:ascii="Meiryo UI" w:hAnsi="Meiryo UI" w:eastAsia="Meiryo UI"/>
        </w:rPr>
        <w:t>下旬にかけては、</w:t>
      </w:r>
      <w:r>
        <w:rPr>
          <w:rFonts w:ascii="Meiryo UI" w:hAnsi="Meiryo UI" w:eastAsia="Meiryo UI"/>
        </w:rPr>
        <w:t>山面のあちこちが色とりどりの</w:t>
      </w:r>
      <w:r>
        <w:rPr>
          <w:rFonts w:ascii="Meiryo UI" w:hAnsi="Meiryo UI" w:eastAsia="Meiryo UI"/>
        </w:rPr>
        <w:t>ツツジ</w:t>
      </w:r>
      <w:r>
        <w:rPr>
          <w:rFonts w:ascii="Meiryo UI" w:hAnsi="Meiryo UI" w:eastAsia="Meiryo UI"/>
        </w:rPr>
        <w:t>に覆い尽くされますが、</w:t>
      </w:r>
      <w:r>
        <w:rPr>
          <w:rFonts w:ascii="Meiryo UI" w:hAnsi="Meiryo UI" w:eastAsia="Meiryo UI"/>
        </w:rPr>
        <w:t>仁田峠エリアだけでも約10</w:t>
      </w:r>
      <w:r>
        <w:rPr>
          <w:rFonts w:ascii="Meiryo UI" w:hAnsi="Meiryo UI" w:eastAsia="Meiryo UI"/>
        </w:rPr>
        <w:t>万もの群生地があると言われています。また、初</w:t>
      </w:r>
      <w:r>
        <w:rPr>
          <w:rFonts w:ascii="Meiryo UI" w:hAnsi="Meiryo UI" w:eastAsia="Meiryo UI"/>
        </w:rPr>
        <w:t>夏にはヤマボウシの花が山腹を真っ白に染め上げます。野鳥観察を楽しみたい方には、ロープウェイ</w:t>
      </w:r>
      <w:r>
        <w:rPr>
          <w:rFonts w:ascii="Meiryo UI" w:hAnsi="Meiryo UI" w:eastAsia="Meiryo UI"/>
        </w:rPr>
        <w:t>の山麓側の</w:t>
      </w:r>
      <w:r>
        <w:rPr>
          <w:rFonts w:ascii="Meiryo UI" w:hAnsi="Meiryo UI" w:eastAsia="Meiryo UI"/>
        </w:rPr>
        <w:t>駅から気軽に歩ける道を25分進んだところにあるあざみ谷野鳥観察エリアがお勧めです。ここには</w:t>
      </w:r>
      <w:r>
        <w:rPr>
          <w:rFonts w:ascii="Meiryo UI" w:hAnsi="Meiryo UI" w:eastAsia="Meiryo UI"/>
        </w:rPr>
        <w:t>、オスの上面の黒色と胸元の鮮やかなオレンジ色の模様が特徴のキビタキや、求愛時の独特な鳴き声からジャパニーズ・ナイチンゲールとも呼ばれていたウグイスを始めとする、地域の在来種や渡り鳥が頻繁</w:t>
      </w:r>
      <w:r>
        <w:rPr>
          <w:rFonts w:ascii="Meiryo UI" w:hAnsi="Meiryo UI" w:eastAsia="Meiryo UI"/>
        </w:rPr>
        <w:t>に訪れます。ロープウェイの</w:t>
      </w:r>
      <w:r>
        <w:rPr>
          <w:rFonts w:ascii="Meiryo UI" w:hAnsi="Meiryo UI" w:eastAsia="Meiryo UI"/>
        </w:rPr>
        <w:t>山頂側の</w:t>
      </w:r>
      <w:r>
        <w:rPr>
          <w:rFonts w:ascii="Meiryo UI" w:hAnsi="Meiryo UI" w:eastAsia="Meiryo UI"/>
        </w:rPr>
        <w:t>駅から普賢岳</w:t>
      </w:r>
      <w:r>
        <w:rPr>
          <w:rFonts w:ascii="Meiryo UI" w:hAnsi="Meiryo UI" w:eastAsia="Meiryo UI"/>
        </w:rPr>
        <w:t>まで</w:t>
      </w:r>
      <w:r>
        <w:rPr>
          <w:rFonts w:ascii="Meiryo UI" w:hAnsi="Meiryo UI" w:eastAsia="Meiryo UI"/>
        </w:rPr>
        <w:t>は往復で3～4時間の山登りとなります。</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