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stylesWithEffects.xml" ContentType="application/vnd.ms-word.stylesWithEffect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pPr/>
    </w:p>
    <w:p>
      <w:pPr>
        <w:jc w:val="left"/>
      </w:pPr>
      <w:r>
        <w:rPr>
          <w:rFonts w:ascii="Meiryo UI" w:hAnsi="Meiryo UI" w:eastAsia="Meiryo UI"/>
        </w:rPr>
        <w:t>露出した岩も興味深いですが、それ以上に関心を引くものがあります。岩に体の一部が埋まっていて、五島市がその岩自体を天然記念物に指定するほど重要なものです。</w:t>
      </w:r>
    </w:p>
    <w:p>
      <w:pPr>
        <w:jc w:val="left"/>
      </w:pPr>
      <w:r>
        <w:rPr>
          <w:rFonts w:ascii="Meiryo UI" w:hAnsi="Meiryo UI" w:eastAsia="Meiryo UI"/>
        </w:rPr>
        <w:t>ここで見られる岩の平らな表面には、ところどころに巻き貝や二枚貝の貝殻が埋まっています。岩の中で化石化した貝というだけでも珍しいのですが、ここの貝は淡水貝であるという特徴を持っています。淡水貝が存在するということは、数千万年前、日本列島がまだアジア大陸と分かれていた時代に、岩のもとになった土砂の層が、ある時点で淡水に沈んでいたことを意味します。</w:t>
      </w:r>
    </w:p>
    <w:p>
      <w:pPr/>
      <w:r>
        <w:rPr>
          <w:rFonts w:ascii="Meiryo UI" w:hAnsi="Meiryo UI" w:eastAsia="Meiryo UI"/>
        </w:rPr>
        <w:t>このような貝の化石は、ここから近い長崎県内の他の場所でも見つかっており、学者たちはこの地を形成した土砂の地層が、かつて大陸の浅い淡水湖か淡水川の底に沈んでいたのではないかと考えています。このような特徴により、地質学者だけでなく多くの旅行者がこの地に惹き付けられています。足を止めて、大昔に遠く離れた場所からやって来た貝の化石を眺め、そこに</w:t>
      </w:r>
      <w:r>
        <w:rPr>
          <w:rFonts w:ascii="Meiryo UI" w:hAnsi="Meiryo UI" w:eastAsia="Meiryo UI"/>
        </w:rPr>
        <w:t>至った</w:t>
      </w:r>
      <w:r>
        <w:rPr>
          <w:rFonts w:ascii="Meiryo UI" w:hAnsi="Meiryo UI" w:eastAsia="Meiryo UI"/>
        </w:rPr>
        <w:t>歴史に思いを馳せてみるのはいかがでしょうか。</w:t>
      </w:r>
    </w:p>
    <w:sectPr w:rsidR="00FC693F" w:rsidRPr="0006063C" w:rsidSect="00034616">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Cambria">
    <w:panose1 w:val="02040503050406030204"/>
    <w:charset w:val="00"/>
    <w:family w:val="auto"/>
    <w:pitch w:val="variable"/>
    <w:sig w:usb0="E00002FF" w:usb1="400004FF" w:usb2="00000000" w:usb3="00000000" w:csb0="0000019F" w:csb1="00000000"/>
  </w:font>
  <w:font w:name="ＭＳ 明朝">
    <w:panose1 w:val="00000000000000000000"/>
    <w:charset w:val="80"/>
    <w:family w:val="roman"/>
    <w:notTrueType/>
    <w:pitch w:val="fixed"/>
    <w:sig w:usb0="00000001" w:usb1="08070000" w:usb2="00000010" w:usb3="00000000" w:csb0="00020000" w:csb1="00000000"/>
  </w:font>
  <w:font w:name="Calibri">
    <w:panose1 w:val="020F0502020204030204"/>
    <w:charset w:val="00"/>
    <w:family w:val="auto"/>
    <w:pitch w:val="variable"/>
    <w:sig w:usb0="E10002FF" w:usb1="4000ACFF" w:usb2="00000009" w:usb3="00000000" w:csb0="0000019F" w:csb1="00000000"/>
  </w:font>
  <w:font w:name="ＭＳ ゴシック">
    <w:panose1 w:val="00000000000000000000"/>
    <w:charset w:val="80"/>
    <w:family w:val="modern"/>
    <w:notTrueType/>
    <w:pitch w:val="fixed"/>
    <w:sig w:usb0="00000001" w:usb1="08070000" w:usb2="00000010" w:usb3="00000000" w:csb0="00020000" w:csb1="00000000"/>
  </w:font>
  <w:font w:name="Courier">
    <w:panose1 w:val="02000500000000000000"/>
    <w:charset w:val="00"/>
    <w:family w:val="auto"/>
    <w:pitch w:val="variable"/>
    <w:sig w:usb0="00000003" w:usb1="00000000" w:usb2="00000000" w:usb3="00000000" w:csb0="00000001" w:csb1="00000000"/>
  </w:font>
  <w:font w:name="Arial">
    <w:panose1 w:val="020B0604020202020204"/>
    <w:charset w:val="00"/>
    <w:family w:val="auto"/>
    <w:pitch w:val="variable"/>
    <w:sig w:usb0="E0002AFF" w:usb1="C0007843" w:usb2="00000009" w:usb3="00000000" w:csb0="000001F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C310EC42"/>
    <w:lvl w:ilvl="0">
      <w:start w:val="1"/>
      <w:numFmt w:val="decimal"/>
      <w:lvlText w:val="%1."/>
      <w:lvlJc w:val="left"/>
      <w:pPr>
        <w:tabs>
          <w:tab w:val="num" w:pos="1800"/>
        </w:tabs>
        <w:ind w:left="1800" w:hanging="360"/>
      </w:pPr>
    </w:lvl>
  </w:abstractNum>
  <w:abstractNum w:abstractNumId="1">
    <w:nsid w:val="FFFFFF7D"/>
    <w:multiLevelType w:val="singleLevel"/>
    <w:tmpl w:val="E4089024"/>
    <w:lvl w:ilvl="0">
      <w:start w:val="1"/>
      <w:numFmt w:val="decimal"/>
      <w:lvlText w:val="%1."/>
      <w:lvlJc w:val="left"/>
      <w:pPr>
        <w:tabs>
          <w:tab w:val="num" w:pos="1440"/>
        </w:tabs>
        <w:ind w:left="1440" w:hanging="360"/>
      </w:pPr>
    </w:lvl>
  </w:abstractNum>
  <w:abstractNum w:abstractNumId="2">
    <w:nsid w:val="FFFFFF7E"/>
    <w:multiLevelType w:val="singleLevel"/>
    <w:tmpl w:val="FB12693A"/>
    <w:lvl w:ilvl="0">
      <w:start w:val="1"/>
      <w:numFmt w:val="decimal"/>
      <w:pStyle w:val="ListNumber3"/>
      <w:lvlText w:val="%1."/>
      <w:lvlJc w:val="left"/>
      <w:pPr>
        <w:tabs>
          <w:tab w:val="num" w:pos="1080"/>
        </w:tabs>
        <w:ind w:left="1080" w:hanging="360"/>
      </w:pPr>
    </w:lvl>
  </w:abstractNum>
  <w:abstractNum w:abstractNumId="3">
    <w:nsid w:val="FFFFFF7F"/>
    <w:multiLevelType w:val="singleLevel"/>
    <w:tmpl w:val="38441652"/>
    <w:lvl w:ilvl="0">
      <w:start w:val="1"/>
      <w:numFmt w:val="decimal"/>
      <w:pStyle w:val="ListNumber2"/>
      <w:lvlText w:val="%1."/>
      <w:lvlJc w:val="left"/>
      <w:pPr>
        <w:tabs>
          <w:tab w:val="num" w:pos="720"/>
        </w:tabs>
        <w:ind w:left="720" w:hanging="360"/>
      </w:pPr>
    </w:lvl>
  </w:abstractNum>
  <w:abstractNum w:abstractNumId="4">
    <w:nsid w:val="FFFFFF81"/>
    <w:multiLevelType w:val="singleLevel"/>
    <w:tmpl w:val="171AC3A4"/>
    <w:lvl w:ilvl="0">
      <w:start w:val="1"/>
      <w:numFmt w:val="bullet"/>
      <w:lvlText w:val=""/>
      <w:lvlJc w:val="left"/>
      <w:pPr>
        <w:tabs>
          <w:tab w:val="num" w:pos="1440"/>
        </w:tabs>
        <w:ind w:left="1440" w:hanging="360"/>
      </w:pPr>
      <w:rPr>
        <w:rFonts w:ascii="Symbol" w:hAnsi="Symbol" w:hint="default"/>
      </w:rPr>
    </w:lvl>
  </w:abstractNum>
  <w:abstractNum w:abstractNumId="5">
    <w:nsid w:val="FFFFFF82"/>
    <w:multiLevelType w:val="singleLevel"/>
    <w:tmpl w:val="F3EAFDEC"/>
    <w:lvl w:ilvl="0">
      <w:start w:val="1"/>
      <w:numFmt w:val="bullet"/>
      <w:pStyle w:val="ListBullet3"/>
      <w:lvlText w:val=""/>
      <w:lvlJc w:val="left"/>
      <w:pPr>
        <w:tabs>
          <w:tab w:val="num" w:pos="1080"/>
        </w:tabs>
        <w:ind w:left="1080" w:hanging="360"/>
      </w:pPr>
      <w:rPr>
        <w:rFonts w:ascii="Symbol" w:hAnsi="Symbol" w:hint="default"/>
      </w:rPr>
    </w:lvl>
  </w:abstractNum>
  <w:abstractNum w:abstractNumId="6">
    <w:nsid w:val="FFFFFF83"/>
    <w:multiLevelType w:val="singleLevel"/>
    <w:tmpl w:val="3D1EFFD4"/>
    <w:lvl w:ilvl="0">
      <w:start w:val="1"/>
      <w:numFmt w:val="bullet"/>
      <w:pStyle w:val="ListBullet2"/>
      <w:lvlText w:val=""/>
      <w:lvlJc w:val="left"/>
      <w:pPr>
        <w:tabs>
          <w:tab w:val="num" w:pos="720"/>
        </w:tabs>
        <w:ind w:left="720" w:hanging="360"/>
      </w:pPr>
      <w:rPr>
        <w:rFonts w:ascii="Symbol" w:hAnsi="Symbol" w:hint="default"/>
      </w:rPr>
    </w:lvl>
  </w:abstractNum>
  <w:abstractNum w:abstractNumId="7">
    <w:nsid w:val="FFFFFF88"/>
    <w:multiLevelType w:val="singleLevel"/>
    <w:tmpl w:val="D0A62B40"/>
    <w:lvl w:ilvl="0">
      <w:start w:val="1"/>
      <w:numFmt w:val="decimal"/>
      <w:pStyle w:val="ListNumber"/>
      <w:lvlText w:val="%1."/>
      <w:lvlJc w:val="left"/>
      <w:pPr>
        <w:tabs>
          <w:tab w:val="num" w:pos="360"/>
        </w:tabs>
        <w:ind w:left="360" w:hanging="360"/>
      </w:pPr>
    </w:lvl>
  </w:abstractNum>
  <w:abstractNum w:abstractNumId="8">
    <w:nsid w:val="FFFFFF89"/>
    <w:multiLevelType w:val="singleLevel"/>
    <w:tmpl w:val="29761A62"/>
    <w:lvl w:ilvl="0">
      <w:start w:val="1"/>
      <w:numFmt w:val="bullet"/>
      <w:pStyle w:val="ListBullet"/>
      <w:lvlText w:val=""/>
      <w:lvlJc w:val="left"/>
      <w:pPr>
        <w:tabs>
          <w:tab w:val="num" w:pos="360"/>
        </w:tabs>
        <w:ind w:left="360" w:hanging="360"/>
      </w:pPr>
      <w:rPr>
        <w:rFonts w:ascii="Symbol" w:hAnsi="Symbol" w:hint="default"/>
      </w:rPr>
    </w:lvl>
  </w:abstractNum>
  <w:num w:numId="1">
    <w:abstractNumId w:val="8"/>
  </w:num>
  <w:num w:numId="2">
    <w:abstractNumId w:val="6"/>
  </w:num>
  <w:num w:numId="3">
    <w:abstractNumId w:val="5"/>
  </w:num>
  <w:num w:numId="4">
    <w:abstractNumId w:val="4"/>
  </w:num>
  <w:num w:numId="5">
    <w:abstractNumId w:val="7"/>
  </w:num>
  <w:num w:numId="6">
    <w:abstractNumId w:val="3"/>
  </w:num>
  <w:num w:numId="7">
    <w:abstractNumId w:val="2"/>
  </w:num>
  <w:num w:numId="8">
    <w:abstractNumId w:val="1"/>
  </w:num>
  <w:num w:numId="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roofState w:spelling="clean" w:grammar="clean"/>
  <w:defaultTabStop w:val="720"/>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47730"/>
    <w:rsid w:val="00034616"/>
    <w:rsid w:val="0006063C"/>
    <w:rsid w:val="0015074B"/>
    <w:rsid w:val="0029639D"/>
    <w:rsid w:val="00326F90"/>
    <w:rsid w:val="00AA1D8D"/>
    <w:rsid w:val="00B47730"/>
    <w:rsid w:val="00CB0664"/>
    <w:rsid w:val="00FC693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24062061"/>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er">
    <w:name w:val="header"/>
    <w:basedOn w:val="Normal"/>
    <w:link w:val="HeaderChar"/>
    <w:uiPriority w:val="99"/>
    <w:unhideWhenUsed/>
    <w:rsid w:val="00E618BF"/>
    <w:pPr>
      <w:tabs>
        <w:tab w:val="center" w:pos="4680"/>
        <w:tab w:val="right" w:pos="9360"/>
      </w:tabs>
      <w:spacing w:after="0" w:line="240" w:lineRule="auto"/>
    </w:pPr>
  </w:style>
  <w:style w:type="character" w:customStyle="1" w:styleId="HeaderChar">
    <w:name w:val="Header Char"/>
    <w:basedOn w:val="DefaultParagraphFont"/>
    <w:link w:val="Header"/>
    <w:uiPriority w:val="99"/>
    <w:rsid w:val="00E618BF"/>
  </w:style>
  <w:style w:type="paragraph" w:styleId="Footer">
    <w:name w:val="footer"/>
    <w:basedOn w:val="Normal"/>
    <w:link w:val="FooterChar"/>
    <w:uiPriority w:val="99"/>
    <w:unhideWhenUsed/>
    <w:rsid w:val="00E618BF"/>
    <w:pPr>
      <w:tabs>
        <w:tab w:val="center" w:pos="4680"/>
        <w:tab w:val="right" w:pos="9360"/>
      </w:tabs>
      <w:spacing w:after="0" w:line="240" w:lineRule="auto"/>
    </w:pPr>
  </w:style>
  <w:style w:type="character" w:customStyle="1" w:styleId="FooterChar">
    <w:name w:val="Footer Char"/>
    <w:basedOn w:val="DefaultParagraphFont"/>
    <w:link w:val="Footer"/>
    <w:uiPriority w:val="99"/>
    <w:rsid w:val="00E618B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fontTable" Target="fontTable.xml"/><Relationship Id="rId8"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F278816-EC6F-A645-907D-7F25AECB1D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0</Words>
  <Characters>0</Characters>
  <Application>Microsoft Macintosh Word</Application>
  <DocSecurity>0</DocSecurity>
  <Lines>0</Lines>
  <Paragraphs>0</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0</CharactersWithSpaces>
  <SharedDoc>false</SharedDoc>
  <HyperlinkBase/>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python-docx</dc:creator>
  <cp:keywords/>
  <dc:description>generated by python-docx</dc:description>
  <cp:lastModifiedBy/>
  <cp:revision>1</cp:revision>
  <dcterms:created xsi:type="dcterms:W3CDTF">2013-12-23T23:15:00Z</dcterms:created>
  <dcterms:modified xsi:type="dcterms:W3CDTF">2013-12-23T23:15:00Z</dcterms:modified>
  <cp:category/>
</cp:coreProperties>
</file>