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 xml:space="preserve">Hiruzen Highlands </w:t>
      </w:r>
    </w:p>
    <w:p>
      <w:pPr/>
    </w:p>
    <w:p>
      <w:pPr/>
      <w:r>
        <w:rPr>
          <w:rFonts w:ascii="Garamond" w:hAnsi="Garamond"/>
        </w:rPr>
        <w:t>Overview</w:t>
      </w:r>
    </w:p>
    <w:p>
      <w:pPr/>
      <w:r>
        <w:rPr>
          <w:rFonts w:ascii="Garamond" w:hAnsi="Garamond"/>
        </w:rPr>
        <w:t xml:space="preserve">The Hiruzen Highlands </w:t>
      </w:r>
      <w:r>
        <w:rPr>
          <w:rFonts w:ascii="Garamond" w:hAnsi="Garamond"/>
        </w:rPr>
        <w:t>is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a resort area famous throughout western Japan. These ex</w:t>
      </w:r>
      <w:r>
        <w:rPr>
          <w:rFonts w:ascii="Garamond" w:hAnsi="Garamond"/>
        </w:rPr>
        <w:t xml:space="preserve">tensive </w:t>
      </w:r>
      <w:r>
        <w:rPr>
          <w:rFonts w:ascii="Garamond" w:hAnsi="Garamond"/>
        </w:rPr>
        <w:t xml:space="preserve">highlands </w:t>
      </w:r>
      <w:r>
        <w:rPr>
          <w:rFonts w:ascii="Garamond" w:hAnsi="Garamond"/>
        </w:rPr>
        <w:t xml:space="preserve">are </w:t>
      </w:r>
      <w:r>
        <w:rPr>
          <w:rFonts w:ascii="Garamond" w:hAnsi="Garamond"/>
        </w:rPr>
        <w:t xml:space="preserve">situated </w:t>
      </w:r>
      <w:r>
        <w:rPr>
          <w:rFonts w:ascii="Garamond" w:hAnsi="Garamond"/>
        </w:rPr>
        <w:t xml:space="preserve">at the base of three peaks, Mt. Kamihiruzen, Mt. Nakahiruzen, and Mt. Shimohiruzen. The area has cycling roads, hiking trails, campsites, and facilities for winter activities. </w:t>
      </w:r>
      <w:r>
        <w:rPr>
          <w:rFonts w:ascii="Garamond" w:hAnsi="Garamond"/>
        </w:rPr>
        <w:t>T</w:t>
      </w:r>
      <w:r>
        <w:rPr>
          <w:rFonts w:ascii="Garamond" w:hAnsi="Garamond"/>
        </w:rPr>
        <w:t>he Hiruzen Highlands are home to many rare species of flowers, plants, and insects, as well as the largest Jersey cattle ranch in Japan.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